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Simple business fax cover sheet</w:t>
      </w:r>
    </w:p>
    <w:p>
      <w:r>
        <w:t>Company and department fields for everyday office documents.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744"/>
        <w:gridCol w:w="6480"/>
      </w:tblGrid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Date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To / department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Recipient fax number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From / organization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Callback phone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Reply email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Return fax number (optional)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Total pages including cover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before="80" w:after="180"/>
            </w:pPr>
            <w:r>
              <w:rPr>
                <w:b/>
              </w:rPr>
              <w:t>Subject / RE</w:t>
            </w:r>
          </w:p>
        </w:tc>
        <w:tc>
          <w:tcPr>
            <w:tcW w:type="dxa" w:w="6480"/>
          </w:tcPr>
          <w:p>
            <w:pPr>
              <w:spacing w:before="80" w:after="180"/>
            </w:pPr>
            <w:r>
              <w:t>_________________________________</w:t>
            </w:r>
          </w:p>
        </w:tc>
      </w:tr>
    </w:tbl>
    <w:p>
      <w:r>
        <w:rPr>
          <w:b/>
        </w:rPr>
        <w:t>Message / routing instructions</w:t>
      </w:r>
    </w:p>
    <w:p>
      <w:r>
        <w:t>_______________________________________________________</w:t>
        <w:br/>
        <w:br/>
        <w:t>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>Free fax cover sheet template  |  singlefax.com/fax-cover-sheet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business fax cover sheet</dc:title>
  <dc:subject/>
  <dc:creator>SingleFax Editorial Team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